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 CO-TRAITANCE</w:t>
      </w:r>
    </w:p>
    <w:p/>
    <w:p>
      <w:r>
        <w:rPr>
          <w:b/>
          <w:sz w:val="20"/>
        </w:rPr>
        <w:t>Entre les soussignés :</w:t>
      </w:r>
    </w:p>
    <w:p>
      <w:r>
        <w:rPr>
          <w:b w:val="0"/>
          <w:sz w:val="20"/>
        </w:rPr>
        <w:t>1. Société mandante : ___________________________________________________________</w:t>
      </w:r>
    </w:p>
    <w:p>
      <w:r>
        <w:rPr>
          <w:b w:val="0"/>
          <w:sz w:val="20"/>
        </w:rPr>
        <w:t xml:space="preserve">   Adresse : ____________________________________________________________________</w:t>
      </w:r>
    </w:p>
    <w:p>
      <w:r>
        <w:rPr>
          <w:b w:val="0"/>
          <w:sz w:val="20"/>
        </w:rPr>
        <w:t xml:space="preserve">   Représentée par : _____________________________________________________________</w:t>
      </w:r>
    </w:p>
    <w:p>
      <w:r>
        <w:rPr>
          <w:b w:val="0"/>
          <w:sz w:val="20"/>
        </w:rPr>
        <w:t xml:space="preserve">   Qualité : ____________________________________________________________________</w:t>
      </w:r>
    </w:p>
    <w:p/>
    <w:p>
      <w:r>
        <w:rPr>
          <w:b w:val="0"/>
          <w:sz w:val="20"/>
        </w:rPr>
        <w:t>2. Société co-traitante : ________________________________________________________</w:t>
      </w:r>
    </w:p>
    <w:p>
      <w:r>
        <w:rPr>
          <w:b w:val="0"/>
          <w:sz w:val="20"/>
        </w:rPr>
        <w:t xml:space="preserve">   Adresse : ____________________________________________________________________</w:t>
      </w:r>
    </w:p>
    <w:p>
      <w:r>
        <w:rPr>
          <w:b w:val="0"/>
          <w:sz w:val="20"/>
        </w:rPr>
        <w:t xml:space="preserve">   Représentée par : _____________________________________________________________</w:t>
      </w:r>
    </w:p>
    <w:p>
      <w:r>
        <w:rPr>
          <w:b w:val="0"/>
          <w:sz w:val="20"/>
        </w:rPr>
        <w:t xml:space="preserve">   Qualité : ____________________________________________________________________</w:t>
      </w:r>
    </w:p>
    <w:p/>
    <w:p>
      <w:r>
        <w:rPr>
          <w:b/>
          <w:sz w:val="20"/>
        </w:rPr>
        <w:t>Préambule</w:t>
      </w:r>
    </w:p>
    <w:p>
      <w:r>
        <w:rPr>
          <w:b w:val="0"/>
          <w:sz w:val="20"/>
        </w:rPr>
        <w:t>Le présent contrat a pour objet de définir les conditions dans lesquelles la société co-traitante exécutera pour la société mandante tout ou partie des prestations décrites ci-après dans le cadre du marché principal, conformément aux dispositions légales et réglementaires applicables en droit français.</w:t>
      </w:r>
    </w:p>
    <w:p/>
    <w:p>
      <w:r>
        <w:rPr>
          <w:b/>
          <w:sz w:val="20"/>
        </w:rPr>
        <w:t>Article 1 – Objet du contrat</w:t>
      </w:r>
    </w:p>
    <w:p>
      <w:r>
        <w:rPr>
          <w:b w:val="0"/>
          <w:sz w:val="20"/>
        </w:rPr>
        <w:t>La société mandante confie à la société co-traitante, qui accepte, l'exécution des prestations suivantes :</w:t>
      </w:r>
    </w:p>
    <w:p>
      <w:r>
        <w:rPr>
          <w:b w:val="0"/>
          <w:sz w:val="20"/>
        </w:rPr>
        <w:t>____________________________________________________________________________________</w:t>
      </w:r>
    </w:p>
    <w:p>
      <w:r>
        <w:rPr>
          <w:b w:val="0"/>
          <w:sz w:val="20"/>
        </w:rPr>
        <w:t>____________________________________________________________________________________</w:t>
      </w:r>
    </w:p>
    <w:p/>
    <w:p>
      <w:r>
        <w:rPr>
          <w:b/>
          <w:sz w:val="20"/>
        </w:rPr>
        <w:t>Article 2 – Durée</w:t>
      </w:r>
    </w:p>
    <w:p>
      <w:r>
        <w:rPr>
          <w:b w:val="0"/>
          <w:sz w:val="20"/>
        </w:rPr>
        <w:t>Le présent contrat prend effet à compter de sa signature et se poursuivra jusqu'à l'achèvement complet des prestations prévues, sauf résiliation anticipée dans les conditions définies à l'article 9.</w:t>
      </w:r>
    </w:p>
    <w:p/>
    <w:p>
      <w:r>
        <w:rPr>
          <w:b/>
          <w:sz w:val="20"/>
        </w:rPr>
        <w:t>Article 3 – Obligations des parties</w:t>
      </w:r>
    </w:p>
    <w:p>
      <w:r>
        <w:rPr>
          <w:b w:val="0"/>
          <w:sz w:val="20"/>
        </w:rPr>
        <w:t>3.1 Obligations de la société mandante :</w:t>
      </w:r>
    </w:p>
    <w:p>
      <w:r>
        <w:rPr>
          <w:b/>
          <w:sz w:val="20"/>
        </w:rPr>
        <w:t>- Fournir à la société co-traitante tous les documents nécessaires à la bonne exécution des prestations.</w:t>
      </w:r>
    </w:p>
    <w:p>
      <w:r>
        <w:rPr>
          <w:b w:val="0"/>
          <w:sz w:val="20"/>
        </w:rPr>
        <w:t>- Assurer le paiement conformément aux modalités définies à l'article 5.</w:t>
      </w:r>
    </w:p>
    <w:p/>
    <w:p>
      <w:r>
        <w:rPr>
          <w:b w:val="0"/>
          <w:sz w:val="20"/>
        </w:rPr>
        <w:t>3.2 Obligations de la société co-traitante :</w:t>
      </w:r>
    </w:p>
    <w:p>
      <w:r>
        <w:rPr>
          <w:b w:val="0"/>
          <w:sz w:val="20"/>
        </w:rPr>
        <w:t>- Réaliser les prestations conformément aux règles de l’art et aux prescriptions contractuelles.</w:t>
      </w:r>
    </w:p>
    <w:p>
      <w:r>
        <w:rPr>
          <w:b w:val="0"/>
          <w:sz w:val="20"/>
        </w:rPr>
        <w:t>- Respecter les délais impartis.</w:t>
      </w:r>
    </w:p>
    <w:p>
      <w:r>
        <w:rPr>
          <w:b w:val="0"/>
          <w:sz w:val="20"/>
        </w:rPr>
        <w:t>- Se conformer aux normes de sécurité et aux réglementations en vigueur.</w:t>
      </w:r>
    </w:p>
    <w:p>
      <w:r>
        <w:rPr>
          <w:b w:val="0"/>
          <w:sz w:val="20"/>
        </w:rPr>
        <w:t>- Informer immédiatement la société mandante de tout obstacle ou difficulté rencontrée.</w:t>
      </w:r>
    </w:p>
    <w:p/>
    <w:p>
      <w:r>
        <w:rPr>
          <w:b/>
          <w:sz w:val="20"/>
        </w:rPr>
        <w:t>Article 4 – Moyens et ressources</w:t>
      </w:r>
    </w:p>
    <w:p>
      <w:r>
        <w:rPr>
          <w:b w:val="0"/>
          <w:sz w:val="20"/>
        </w:rPr>
        <w:t>La société co-traitante s'engage à mobiliser les moyens humains, matériels et techniques nécessaires à la bonne exécution des prestations, sous sa seule responsabilité.</w:t>
      </w:r>
    </w:p>
    <w:p/>
    <w:p>
      <w:r>
        <w:rPr>
          <w:b/>
          <w:sz w:val="20"/>
        </w:rPr>
        <w:t>Article 5 – Prix et modalités de paiement</w:t>
      </w:r>
    </w:p>
    <w:p>
      <w:r>
        <w:rPr>
          <w:b w:val="0"/>
          <w:sz w:val="20"/>
        </w:rPr>
        <w:t>Le prix des prestations est fixé à : ___________________________ EUR hors taxes.</w:t>
      </w:r>
    </w:p>
    <w:p>
      <w:r>
        <w:rPr>
          <w:b w:val="0"/>
          <w:sz w:val="20"/>
        </w:rPr>
        <w:t>Les modalités de paiement sont les suivantes : ___________________________________</w:t>
      </w:r>
    </w:p>
    <w:p>
      <w:r>
        <w:rPr>
          <w:b w:val="0"/>
          <w:sz w:val="20"/>
        </w:rPr>
        <w:t>____________________________________________________________________________________</w:t>
      </w:r>
    </w:p>
    <w:p/>
    <w:p>
      <w:r>
        <w:rPr>
          <w:b/>
          <w:sz w:val="20"/>
        </w:rPr>
        <w:t>Article 6 – Responsabilités et assurances</w:t>
      </w:r>
    </w:p>
    <w:p>
      <w:r>
        <w:rPr>
          <w:b w:val="0"/>
          <w:sz w:val="20"/>
        </w:rPr>
        <w:t>La société co-traitante est seule responsable de l'exécution des prestations et de la bonne mise en œuvre des règles de sécurité applicables.</w:t>
      </w:r>
    </w:p>
    <w:p>
      <w:r>
        <w:rPr>
          <w:b w:val="0"/>
          <w:sz w:val="20"/>
        </w:rPr>
        <w:t>Elle s'engage à souscrire et maintenir en vigueur, pendant toute la durée du contrat, toutes les assurances nécessaires à la couverture des risques liés à son activité.</w:t>
      </w:r>
    </w:p>
    <w:p/>
    <w:p>
      <w:r>
        <w:rPr>
          <w:b/>
          <w:sz w:val="20"/>
        </w:rPr>
        <w:t>Article 7 – Confidentialité</w:t>
      </w:r>
    </w:p>
    <w:p>
      <w:r>
        <w:rPr>
          <w:b w:val="0"/>
          <w:sz w:val="20"/>
        </w:rPr>
        <w:t>Les parties s'engagent à considérer comme strictement confidentielles toutes les informations et documents échangés dans le cadre de l'exécution du présent contrat.</w:t>
      </w:r>
    </w:p>
    <w:p>
      <w:r>
        <w:rPr>
          <w:b w:val="0"/>
          <w:sz w:val="20"/>
        </w:rPr>
        <w:t>Cette obligation subsiste pendant une période de cinq (5) ans après la fin du contrat.</w:t>
      </w:r>
    </w:p>
    <w:p/>
    <w:p>
      <w:r>
        <w:rPr>
          <w:b/>
          <w:sz w:val="20"/>
        </w:rPr>
        <w:t>Article 8 – Propriété intellectuelle</w:t>
      </w:r>
    </w:p>
    <w:p>
      <w:r>
        <w:rPr>
          <w:b w:val="0"/>
          <w:sz w:val="20"/>
        </w:rPr>
        <w:t>Tous les résultats, études, documents, plans, méthodes et savoir-faire élaborés par la société co-traitante dans le cadre du présent contrat restent la propriété exclusive de la société mandante, sauf disposition contraire expresse.</w:t>
      </w:r>
    </w:p>
    <w:p/>
    <w:p>
      <w:r>
        <w:rPr>
          <w:b/>
          <w:sz w:val="20"/>
        </w:rPr>
        <w:t>Article 9 – Résiliation</w:t>
      </w:r>
    </w:p>
    <w:p>
      <w:r>
        <w:rPr>
          <w:b w:val="0"/>
          <w:sz w:val="20"/>
        </w:rPr>
        <w:t>En cas d'inexécution de l'une quelconque des obligations contractuelles, le contrat pourra être résilié de plein droit par l'une ou l'autre des parties quinze (15) jours après mise en demeure restée sans effet.</w:t>
      </w:r>
    </w:p>
    <w:p>
      <w:r>
        <w:rPr>
          <w:b w:val="0"/>
          <w:sz w:val="20"/>
        </w:rPr>
        <w:t>La résiliation prendra effet sans préjudice des dommages et intérêts qui pourraient être réclamés.</w:t>
      </w:r>
    </w:p>
    <w:p/>
    <w:p>
      <w:r>
        <w:rPr>
          <w:b/>
          <w:sz w:val="20"/>
        </w:rPr>
        <w:t>Article 10 – Force majeure</w:t>
      </w:r>
    </w:p>
    <w:p>
      <w:r>
        <w:rPr>
          <w:b w:val="0"/>
          <w:sz w:val="20"/>
        </w:rPr>
        <w:t>Aucune partie ne pourra être tenue responsable vis-à-vis de l’autre en cas d’inexécution ou de retard dans l’exécution de ses obligations dû à un cas de force majeure tel que défini par la jurisprudence des tribunaux français.</w:t>
      </w:r>
    </w:p>
    <w:p/>
    <w:p>
      <w:r>
        <w:rPr>
          <w:b/>
          <w:sz w:val="20"/>
        </w:rPr>
        <w:t>Article 11 – Loi applicable et juridiction compétente</w:t>
      </w:r>
    </w:p>
    <w:p>
      <w:r>
        <w:rPr>
          <w:b w:val="0"/>
          <w:sz w:val="20"/>
        </w:rPr>
        <w:t>Le présent contrat est soumis au droit français.</w:t>
      </w:r>
    </w:p>
    <w:p>
      <w:r>
        <w:rPr>
          <w:b w:val="0"/>
          <w:sz w:val="20"/>
        </w:rPr>
        <w:t>En cas de litige relatif à l’interprétation ou à l’exécution du présent contrat, les parties conviennent de rechercher une solution amiable avant toute action judiciaire.</w:t>
      </w:r>
    </w:p>
    <w:p>
      <w:r>
        <w:rPr>
          <w:b w:val="0"/>
          <w:sz w:val="20"/>
        </w:rPr>
        <w:t>À défaut d’accord amiable, le litige sera porté devant les tribunaux compétents du ressort de la Cour d'appel de _______________.</w:t>
      </w:r>
    </w:p>
    <w:p/>
    <w:p/>
    <w:p>
      <w:r>
        <w:rPr>
          <w:b w:val="0"/>
          <w:sz w:val="20"/>
        </w:rPr>
        <w:t>Lieu de signature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SOCIÉTÉ MANDANTE</w:t>
            </w:r>
          </w:p>
        </w:tc>
        <w:tc>
          <w:tcPr>
            <w:tcW w:type="dxa" w:w="4986"/>
            <w:tcBorders>
              <w:top w:val="nil"/>
              <w:left w:val="nil"/>
              <w:bottom w:val="nil"/>
              <w:right w:val="nil"/>
              <w:insideH w:val="nil"/>
              <w:insideV w:val="nil"/>
            </w:tcBorders>
          </w:tcPr>
          <w:p>
            <w:pPr>
              <w:jc w:val="center"/>
            </w:pPr>
            <w:r>
              <w:t>SOCIÉTÉ CO-TRAITANTE</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et fonction : ________________________________</w:t>
            </w:r>
          </w:p>
        </w:tc>
        <w:tc>
          <w:tcPr>
            <w:tcW w:type="dxa" w:w="4986"/>
            <w:tcBorders>
              <w:top w:val="nil"/>
              <w:left w:val="nil"/>
              <w:bottom w:val="nil"/>
              <w:right w:val="nil"/>
              <w:insideH w:val="nil"/>
              <w:insideV w:val="nil"/>
            </w:tcBorders>
          </w:tcPr>
          <w:p>
            <w:pPr>
              <w:jc w:val="center"/>
            </w:pPr>
            <w:r>
              <w:t>Nom et fonction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https://jurid-entreprise.com/contrat-de-co-traitance/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contrat-de-co-traitance/"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