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CONFIAGE DE CHEVAL</w:t>
      </w:r>
    </w:p>
    <w:p/>
    <w:p>
      <w:r>
        <w:rPr>
          <w:b w:val="0"/>
          <w:sz w:val="20"/>
        </w:rPr>
        <w:t>Lieu : _________________________________________________</w:t>
      </w:r>
    </w:p>
    <w:p/>
    <w:p>
      <w:r>
        <w:rPr>
          <w:b/>
          <w:sz w:val="20"/>
        </w:rPr>
        <w:t>Entre les soussignés :</w:t>
      </w:r>
    </w:p>
    <w:p>
      <w:r>
        <w:rPr>
          <w:b/>
          <w:sz w:val="20"/>
        </w:rPr>
        <w:t>Le Propriétaire :</w:t>
      </w:r>
    </w:p>
    <w:p>
      <w:r>
        <w:rPr>
          <w:b w:val="0"/>
          <w:sz w:val="20"/>
        </w:rPr>
        <w:t>Nom et Prénom : ________________________________________</w:t>
      </w:r>
    </w:p>
    <w:p>
      <w:r>
        <w:rPr>
          <w:b w:val="0"/>
          <w:sz w:val="20"/>
        </w:rPr>
        <w:t>Adresse : ______________________________________________</w:t>
      </w:r>
    </w:p>
    <w:p>
      <w:r>
        <w:rPr>
          <w:b w:val="0"/>
          <w:sz w:val="20"/>
        </w:rPr>
        <w:t>Téléphone : ____________________________________________</w:t>
      </w:r>
    </w:p>
    <w:p/>
    <w:p>
      <w:r>
        <w:rPr>
          <w:b/>
          <w:sz w:val="20"/>
        </w:rPr>
        <w:t>Le Confieur (celui qui confie le cheval) :</w:t>
      </w:r>
    </w:p>
    <w:p>
      <w:r>
        <w:rPr>
          <w:b w:val="0"/>
          <w:sz w:val="20"/>
        </w:rPr>
        <w:t>Nom et Prénom : ________________________________________</w:t>
      </w:r>
    </w:p>
    <w:p>
      <w:r>
        <w:rPr>
          <w:b w:val="0"/>
          <w:sz w:val="20"/>
        </w:rPr>
        <w:t>Adresse : ______________________________________________</w:t>
      </w:r>
    </w:p>
    <w:p>
      <w:r>
        <w:rPr>
          <w:b w:val="0"/>
          <w:sz w:val="20"/>
        </w:rPr>
        <w:t>Téléphone : ____________________________________________</w:t>
      </w:r>
    </w:p>
    <w:p/>
    <w:p>
      <w:r>
        <w:rPr>
          <w:b/>
          <w:sz w:val="20"/>
        </w:rPr>
        <w:t>Le Gardien (celui qui prend en charge le cheval) :</w:t>
      </w:r>
    </w:p>
    <w:p>
      <w:r>
        <w:rPr>
          <w:b w:val="0"/>
          <w:sz w:val="20"/>
        </w:rPr>
        <w:t>Nom et Prénom : ________________________________________</w:t>
      </w:r>
    </w:p>
    <w:p>
      <w:r>
        <w:rPr>
          <w:b w:val="0"/>
          <w:sz w:val="20"/>
        </w:rPr>
        <w:t>Adresse : ______________________________________________</w:t>
      </w:r>
    </w:p>
    <w:p>
      <w:r>
        <w:rPr>
          <w:b w:val="0"/>
          <w:sz w:val="20"/>
        </w:rPr>
        <w:t>Téléphone : ____________________________________________</w:t>
      </w:r>
    </w:p>
    <w:p/>
    <w:p>
      <w:r>
        <w:rPr>
          <w:b/>
          <w:sz w:val="20"/>
        </w:rPr>
        <w:t>Données du cheval confié :</w:t>
      </w:r>
    </w:p>
    <w:p>
      <w:r>
        <w:rPr>
          <w:b w:val="0"/>
          <w:sz w:val="20"/>
        </w:rPr>
        <w:t>Nom : _________________________________________________</w:t>
      </w:r>
    </w:p>
    <w:p>
      <w:r>
        <w:rPr>
          <w:b w:val="0"/>
          <w:sz w:val="20"/>
        </w:rPr>
        <w:t>Âge / Date de naissance : ______________________________</w:t>
      </w:r>
    </w:p>
    <w:p>
      <w:r>
        <w:rPr>
          <w:b w:val="0"/>
          <w:sz w:val="20"/>
        </w:rPr>
        <w:t>Sexe : _________________________________________________</w:t>
      </w:r>
    </w:p>
    <w:p>
      <w:r>
        <w:rPr>
          <w:b w:val="0"/>
          <w:sz w:val="20"/>
        </w:rPr>
        <w:t>Race / Origine : ________________________________________</w:t>
      </w:r>
    </w:p>
    <w:p>
      <w:r>
        <w:rPr>
          <w:b w:val="0"/>
          <w:sz w:val="20"/>
        </w:rPr>
        <w:t>Robe : _________________________________________________</w:t>
      </w:r>
    </w:p>
    <w:p>
      <w:r>
        <w:rPr>
          <w:b w:val="0"/>
          <w:sz w:val="20"/>
        </w:rPr>
        <w:t>Identification / Puce / SIRE : __________________________</w:t>
      </w:r>
    </w:p>
    <w:p>
      <w:r>
        <w:rPr>
          <w:b w:val="0"/>
          <w:sz w:val="20"/>
        </w:rPr>
        <w:t>Particularités éventuelles : _____________________________</w:t>
      </w:r>
    </w:p>
    <w:p/>
    <w:p>
      <w:r>
        <w:rPr>
          <w:b/>
          <w:sz w:val="20"/>
        </w:rPr>
        <w:t>Objet du contrat :</w:t>
      </w:r>
    </w:p>
    <w:p>
      <w:r>
        <w:rPr>
          <w:b w:val="0"/>
          <w:sz w:val="20"/>
        </w:rPr>
        <w:t>Le Propriétaire confie au Gardien, qui accepte, la garde et l’entretien du cheval décrit ci-dessus, conformément aux conditions définies dans le présent contrat.</w:t>
      </w:r>
    </w:p>
    <w:p/>
    <w:p>
      <w:r>
        <w:rPr>
          <w:b/>
          <w:sz w:val="20"/>
        </w:rPr>
        <w:t>Durée du contrat :</w:t>
      </w:r>
    </w:p>
    <w:p>
      <w:r>
        <w:rPr>
          <w:b w:val="0"/>
          <w:sz w:val="20"/>
        </w:rPr>
        <w:t>La présente convention prend effet à compter de la remise du cheval au Gardien et est conclue pour une durée de _____________________________.</w:t>
      </w:r>
    </w:p>
    <w:p/>
    <w:p>
      <w:r>
        <w:rPr>
          <w:b/>
          <w:sz w:val="20"/>
        </w:rPr>
        <w:t>Obligations du Gardien :</w:t>
      </w:r>
    </w:p>
    <w:p>
      <w:r>
        <w:rPr>
          <w:b w:val="0"/>
          <w:sz w:val="20"/>
        </w:rPr>
        <w:t>Le Gardien s’engage à :</w:t>
      </w:r>
    </w:p>
    <w:p>
      <w:r>
        <w:rPr>
          <w:b w:val="0"/>
          <w:sz w:val="20"/>
        </w:rPr>
        <w:t>- Assurer le logement, l’alimentation et les soins courants adaptés au cheval.</w:t>
      </w:r>
    </w:p>
    <w:p>
      <w:r>
        <w:rPr>
          <w:b w:val="0"/>
          <w:sz w:val="20"/>
        </w:rPr>
        <w:t>- Veiller à la santé et au bien-être du cheval, en respectant les recommandations vétérinaires.</w:t>
      </w:r>
    </w:p>
    <w:p>
      <w:r>
        <w:rPr>
          <w:b w:val="0"/>
          <w:sz w:val="20"/>
        </w:rPr>
        <w:t>- Informer immédiatement le Propriétaire de tout problème de santé ou accident.</w:t>
      </w:r>
    </w:p>
    <w:p>
      <w:r>
        <w:rPr>
          <w:b w:val="0"/>
          <w:sz w:val="20"/>
        </w:rPr>
        <w:t>- Ne pas utiliser le cheval à d’autres fins que celles prévues sans accord écrit du Propriétaire.</w:t>
      </w:r>
    </w:p>
    <w:p>
      <w:r>
        <w:rPr>
          <w:b w:val="0"/>
          <w:sz w:val="20"/>
        </w:rPr>
        <w:t>- Permettre au Propriétaire ou à son représentant d’accéder au cheval et aux installations.</w:t>
      </w:r>
    </w:p>
    <w:p/>
    <w:p>
      <w:r>
        <w:rPr>
          <w:b/>
          <w:sz w:val="20"/>
        </w:rPr>
        <w:t>Obligations du Propriétaire :</w:t>
      </w:r>
    </w:p>
    <w:p>
      <w:r>
        <w:rPr>
          <w:b w:val="0"/>
          <w:sz w:val="20"/>
        </w:rPr>
        <w:t>Le Propriétaire s’engage à :</w:t>
      </w:r>
    </w:p>
    <w:p>
      <w:r>
        <w:rPr>
          <w:b w:val="0"/>
          <w:sz w:val="20"/>
        </w:rPr>
        <w:t>- Fournir au Gardien toutes les informations nécessaires concernant le cheval.</w:t>
      </w:r>
    </w:p>
    <w:p>
      <w:r>
        <w:rPr>
          <w:b w:val="0"/>
          <w:sz w:val="20"/>
        </w:rPr>
        <w:t>- Assurer la prise en charge des frais vétérinaires sauf accord contraire.</w:t>
      </w:r>
    </w:p>
    <w:p>
      <w:r>
        <w:rPr>
          <w:b w:val="0"/>
          <w:sz w:val="20"/>
        </w:rPr>
        <w:t>- Régler les frais convenus au titre du gardiennage dans les délais établis.</w:t>
      </w:r>
    </w:p>
    <w:p>
      <w:r>
        <w:rPr>
          <w:b w:val="0"/>
          <w:sz w:val="20"/>
        </w:rPr>
        <w:t>- Informer le Gardien de toute modification concernant le cheval ou son état de santé.</w:t>
      </w:r>
    </w:p>
    <w:p/>
    <w:p>
      <w:r>
        <w:rPr>
          <w:b/>
          <w:sz w:val="20"/>
        </w:rPr>
        <w:t>Conditions financières :</w:t>
      </w:r>
    </w:p>
    <w:p>
      <w:r>
        <w:rPr>
          <w:b w:val="0"/>
          <w:sz w:val="20"/>
        </w:rPr>
        <w:t>Montant de la rémunération mensuelle ou forfaitaire : __________________ EUR</w:t>
      </w:r>
    </w:p>
    <w:p>
      <w:r>
        <w:rPr>
          <w:b w:val="0"/>
          <w:sz w:val="20"/>
        </w:rPr>
        <w:t>Modalités de paiement : _______________________________________________</w:t>
      </w:r>
    </w:p>
    <w:p>
      <w:r>
        <w:rPr>
          <w:b w:val="0"/>
          <w:sz w:val="20"/>
        </w:rPr>
        <w:t>Prise en charge des frais vétérinaires : _________________________________</w:t>
      </w:r>
    </w:p>
    <w:p>
      <w:r>
        <w:rPr>
          <w:b w:val="0"/>
          <w:sz w:val="20"/>
        </w:rPr>
        <w:t>Autres frais à la charge du Propriétaire : _______________________________</w:t>
      </w:r>
    </w:p>
    <w:p/>
    <w:p>
      <w:r>
        <w:rPr>
          <w:b/>
          <w:sz w:val="20"/>
        </w:rPr>
        <w:t>Responsabilité :</w:t>
      </w:r>
    </w:p>
    <w:p>
      <w:r>
        <w:rPr>
          <w:b w:val="0"/>
          <w:sz w:val="20"/>
        </w:rPr>
        <w:t>Le Gardien est responsable de la garde et de l’entretien du cheval durant la période de confiage. Il n’est pas responsable des maladies, accidents ou événements extérieurs échappant à sa maîtrise, sauf faute prouvée ou négligence grave.</w:t>
      </w:r>
    </w:p>
    <w:p/>
    <w:p>
      <w:r>
        <w:rPr>
          <w:b/>
          <w:sz w:val="20"/>
        </w:rPr>
        <w:t>Assurance :</w:t>
      </w:r>
    </w:p>
    <w:p>
      <w:r>
        <w:rPr>
          <w:b w:val="0"/>
          <w:sz w:val="20"/>
        </w:rPr>
        <w:t>Le Propriétaire doit maintenir une assurance couvrant le cheval contre les risques habituels. Le Gardien peut être amené à souscrire une assurance responsabilité civile couvrant sa responsabilité.</w:t>
      </w:r>
    </w:p>
    <w:p/>
    <w:p>
      <w:r>
        <w:rPr>
          <w:b/>
          <w:sz w:val="20"/>
        </w:rPr>
        <w:t>Restitution du cheval :</w:t>
      </w:r>
    </w:p>
    <w:p>
      <w:r>
        <w:rPr>
          <w:b w:val="0"/>
          <w:sz w:val="20"/>
        </w:rPr>
        <w:t>Le Gardien s’engage à restituer le cheval au Propriétaire à l’issue de la période de confiage, dans l’état où il a été confié, compte tenu de l’usure normale liée à son usage et à son entretien.</w:t>
      </w:r>
    </w:p>
    <w:p/>
    <w:p>
      <w:r>
        <w:rPr>
          <w:b/>
          <w:sz w:val="20"/>
        </w:rPr>
        <w:t>Résiliation du contrat :</w:t>
      </w:r>
    </w:p>
    <w:p>
      <w:r>
        <w:rPr>
          <w:b w:val="0"/>
          <w:sz w:val="20"/>
        </w:rPr>
        <w:t>Chaque partie peut résilier le présent contrat à tout moment, sous réserve d’un préavis écrit de ______ jours. En cas d’urgence ou de manquement grave, la résiliation peut être immédiate.</w:t>
      </w:r>
    </w:p>
    <w:p/>
    <w:p>
      <w:r>
        <w:rPr>
          <w:b/>
          <w:sz w:val="20"/>
        </w:rPr>
        <w:t>Litiges :</w:t>
      </w:r>
    </w:p>
    <w:p>
      <w:r>
        <w:rPr>
          <w:b w:val="0"/>
          <w:sz w:val="20"/>
        </w:rPr>
        <w:t>En cas de différend relatif à l’interprétation ou à l’exécution du présent contrat, les parties s’engagent à chercher une solution amiable. À défaut, les tribunaux compétents seront ceux du ressort du domicile du Gardien.</w:t>
      </w:r>
    </w:p>
    <w:p/>
    <w:p/>
    <w:p>
      <w:r>
        <w:rPr>
          <w:b w:val="0"/>
          <w:sz w:val="20"/>
        </w:rPr>
        <w:t>Lieu de signature : 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PROPRIÉTAIRE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CONFIUER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GARDIEN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https://jurid-entreprise.com/contrat-confiage-cheval/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contrat-confiage-cheval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