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CONTRAT D’AGENT DE JOUEUR DE FOOTBALL</w:t>
      </w:r>
    </w:p>
    <w:p/>
    <w:p>
      <w:r>
        <w:rPr>
          <w:b w:val="0"/>
          <w:sz w:val="20"/>
        </w:rPr>
        <w:t>Lieu : _________________________________________________________________</w:t>
      </w:r>
    </w:p>
    <w:p/>
    <w:p>
      <w:r>
        <w:rPr>
          <w:b/>
          <w:sz w:val="20"/>
        </w:rPr>
        <w:t>Entre les soussignés :</w:t>
      </w:r>
    </w:p>
    <w:p>
      <w:r>
        <w:rPr>
          <w:b w:val="0"/>
          <w:sz w:val="20"/>
        </w:rPr>
        <w:t>L’Agent sportif :</w:t>
      </w:r>
    </w:p>
    <w:p>
      <w:r>
        <w:rPr>
          <w:b w:val="0"/>
          <w:sz w:val="20"/>
        </w:rPr>
        <w:t>Nom et Prénom : _______________________________________________________</w:t>
      </w:r>
    </w:p>
    <w:p>
      <w:r>
        <w:rPr>
          <w:b w:val="0"/>
          <w:sz w:val="20"/>
        </w:rPr>
        <w:t>Adresse : _______________________________________________________________</w:t>
      </w:r>
    </w:p>
    <w:p>
      <w:r>
        <w:rPr>
          <w:b w:val="0"/>
          <w:sz w:val="20"/>
        </w:rPr>
        <w:t>Téléphone : _____________________________________________________________</w:t>
      </w:r>
    </w:p>
    <w:p>
      <w:r>
        <w:rPr>
          <w:b w:val="0"/>
          <w:sz w:val="20"/>
        </w:rPr>
        <w:t>Email : _________________________________________________________________</w:t>
      </w:r>
    </w:p>
    <w:p/>
    <w:p>
      <w:r>
        <w:rPr>
          <w:b w:val="0"/>
          <w:sz w:val="20"/>
        </w:rPr>
        <w:t>Et</w:t>
      </w:r>
    </w:p>
    <w:p>
      <w:r>
        <w:rPr>
          <w:b w:val="0"/>
          <w:sz w:val="20"/>
        </w:rPr>
        <w:t>Le Joueur de football :</w:t>
      </w:r>
    </w:p>
    <w:p>
      <w:r>
        <w:rPr>
          <w:b w:val="0"/>
          <w:sz w:val="20"/>
        </w:rPr>
        <w:t>Nom et Prénom : _______________________________________________________</w:t>
      </w:r>
    </w:p>
    <w:p>
      <w:r>
        <w:rPr>
          <w:b w:val="0"/>
          <w:sz w:val="20"/>
        </w:rPr>
        <w:t>Date et lieu de naissance : ______________________________________________</w:t>
      </w:r>
    </w:p>
    <w:p>
      <w:r>
        <w:rPr>
          <w:b w:val="0"/>
          <w:sz w:val="20"/>
        </w:rPr>
        <w:t>Nationalité : ___________________________________________________________</w:t>
      </w:r>
    </w:p>
    <w:p>
      <w:r>
        <w:rPr>
          <w:b w:val="0"/>
          <w:sz w:val="20"/>
        </w:rPr>
        <w:t>Adresse : _______________________________________________________________</w:t>
      </w:r>
    </w:p>
    <w:p>
      <w:r>
        <w:rPr>
          <w:b w:val="0"/>
          <w:sz w:val="20"/>
        </w:rPr>
        <w:t>Téléphone : _____________________________________________________________</w:t>
      </w:r>
    </w:p>
    <w:p>
      <w:r>
        <w:rPr>
          <w:b w:val="0"/>
          <w:sz w:val="20"/>
        </w:rPr>
        <w:t>Email : _________________________________________________________________</w:t>
      </w:r>
    </w:p>
    <w:p/>
    <w:p>
      <w:r>
        <w:rPr>
          <w:b/>
          <w:sz w:val="20"/>
        </w:rPr>
        <w:t>Article 1 – Objet du contrat</w:t>
      </w:r>
    </w:p>
    <w:p>
      <w:r>
        <w:rPr>
          <w:b w:val="0"/>
          <w:sz w:val="20"/>
        </w:rPr>
        <w:t>Le présent contrat a pour objet de définir les conditions dans lesquelles l’Agent sportif est mandaté pour représenter, conseiller et assister le Joueur dans la gestion de sa carrière professionnelle dans le domaine du football, notamment en ce qui concerne la négociation et la conclusion de contrats sportifs et publicitaires.</w:t>
      </w:r>
    </w:p>
    <w:p/>
    <w:p>
      <w:r>
        <w:rPr>
          <w:b/>
          <w:sz w:val="20"/>
        </w:rPr>
        <w:t>Article 2 – Durée du contrat</w:t>
      </w:r>
    </w:p>
    <w:p>
      <w:r>
        <w:rPr>
          <w:b w:val="0"/>
          <w:sz w:val="20"/>
        </w:rPr>
        <w:t>Le présent contrat est conclu pour une durée de _______ années à compter de sa signature. Il pourra être renouvelé ou résilié dans les conditions prévues aux présentes.</w:t>
      </w:r>
    </w:p>
    <w:p/>
    <w:p>
      <w:r>
        <w:rPr>
          <w:b/>
          <w:sz w:val="20"/>
        </w:rPr>
        <w:t>Article 3 – Obligations de l’Agent</w:t>
      </w:r>
    </w:p>
    <w:p>
      <w:r>
        <w:rPr>
          <w:b w:val="0"/>
          <w:sz w:val="20"/>
        </w:rPr>
        <w:t>L’Agent s’engage à :</w:t>
      </w:r>
    </w:p>
    <w:p>
      <w:r>
        <w:rPr>
          <w:b w:val="0"/>
          <w:sz w:val="20"/>
        </w:rPr>
        <w:t>- Représenter le Joueur avec loyauté, compétence et diligence ;</w:t>
      </w:r>
    </w:p>
    <w:p>
      <w:r>
        <w:rPr>
          <w:b w:val="0"/>
          <w:sz w:val="20"/>
        </w:rPr>
        <w:t>- Négocier les contrats avec les clubs, sponsors et autres partenaires ;</w:t>
      </w:r>
    </w:p>
    <w:p>
      <w:r>
        <w:rPr>
          <w:b w:val="0"/>
          <w:sz w:val="20"/>
        </w:rPr>
        <w:t>- Assurer la défense des intérêts professionnels et sportifs du Joueur ;</w:t>
      </w:r>
    </w:p>
    <w:p>
      <w:r>
        <w:rPr>
          <w:b w:val="0"/>
          <w:sz w:val="20"/>
        </w:rPr>
        <w:t>- Informer régulièrement le Joueur de l’état d’avancement des démarches entreprises ;</w:t>
      </w:r>
    </w:p>
    <w:p>
      <w:r>
        <w:rPr>
          <w:b w:val="0"/>
          <w:sz w:val="20"/>
        </w:rPr>
        <w:t>- Respecter les règles déontologiques et légales applicables à sa profession.</w:t>
      </w:r>
    </w:p>
    <w:p/>
    <w:p>
      <w:r>
        <w:rPr>
          <w:b/>
          <w:sz w:val="20"/>
        </w:rPr>
        <w:t>Article 4 – Obligations du Joueur</w:t>
      </w:r>
    </w:p>
    <w:p>
      <w:r>
        <w:rPr>
          <w:b w:val="0"/>
          <w:sz w:val="20"/>
        </w:rPr>
        <w:t>Le Joueur s’engage à :</w:t>
      </w:r>
    </w:p>
    <w:p>
      <w:r>
        <w:rPr>
          <w:b w:val="0"/>
          <w:sz w:val="20"/>
        </w:rPr>
        <w:t>- Confier à l’Agent l’exclusivité de la représentation durant la durée du contrat ;</w:t>
      </w:r>
    </w:p>
    <w:p>
      <w:r>
        <w:rPr>
          <w:b w:val="0"/>
          <w:sz w:val="20"/>
        </w:rPr>
        <w:t>- Informer l’Agent de toute proposition ou démarche relative à sa carrière professionnelle ;</w:t>
      </w:r>
    </w:p>
    <w:p>
      <w:r>
        <w:rPr>
          <w:b w:val="0"/>
          <w:sz w:val="20"/>
        </w:rPr>
        <w:t>- Fournir à l’Agent tous documents nécessaires à la bonne exécution de sa mission ;</w:t>
      </w:r>
    </w:p>
    <w:p>
      <w:r>
        <w:rPr>
          <w:b w:val="0"/>
          <w:sz w:val="20"/>
        </w:rPr>
        <w:t>- Respecter les engagements pris dans le cadre des contrats négociés par l’Agent.</w:t>
      </w:r>
    </w:p>
    <w:p/>
    <w:p>
      <w:r>
        <w:rPr>
          <w:b/>
          <w:sz w:val="20"/>
        </w:rPr>
        <w:t>Article 5 – Rémunération et commission</w:t>
      </w:r>
    </w:p>
    <w:p>
      <w:r>
        <w:rPr>
          <w:b w:val="0"/>
          <w:sz w:val="20"/>
        </w:rPr>
        <w:t>En rémunération de ses services, l’Agent percevra une commission correspondant à _______% du montant brut de tout contrat sportif, contrat publicitaire ou autre accord négocié pour le Joueur pendant la durée du présent contrat et, le cas échéant, en cas de prolongation ou renouvellement.</w:t>
      </w:r>
    </w:p>
    <w:p>
      <w:r>
        <w:rPr>
          <w:b w:val="0"/>
          <w:sz w:val="20"/>
        </w:rPr>
        <w:t>La commission sera due à la date de signature des contrats concernés ou à celle des paiements effectués au Joueur, selon ce qui survient en premier.</w:t>
      </w:r>
    </w:p>
    <w:p/>
    <w:p>
      <w:r>
        <w:rPr>
          <w:b/>
          <w:sz w:val="20"/>
        </w:rPr>
        <w:t>Article 6 – Confidentialité</w:t>
      </w:r>
    </w:p>
    <w:p>
      <w:r>
        <w:rPr>
          <w:b w:val="0"/>
          <w:sz w:val="20"/>
        </w:rPr>
        <w:t>Les parties s’engagent à garder strictement confidentiels les termes du présent contrat ainsi que toutes informations échangées dans le cadre de leur collaboration, sauf accord écrit préalable.</w:t>
      </w:r>
    </w:p>
    <w:p/>
    <w:p>
      <w:r>
        <w:rPr>
          <w:b/>
          <w:sz w:val="20"/>
        </w:rPr>
        <w:t>Article 7 – Responsabilité</w:t>
      </w:r>
    </w:p>
    <w:p>
      <w:r>
        <w:rPr>
          <w:b w:val="0"/>
          <w:sz w:val="20"/>
        </w:rPr>
        <w:t>L’Agent exercera sa mission avec diligence et professionnalisme, mais ne pourra être tenu responsable des conséquences d’éventuels manquements des tiers, des décisions des instances sportives ou des clubs, ni des résultats sportifs du Joueur.</w:t>
      </w:r>
    </w:p>
    <w:p/>
    <w:p>
      <w:r>
        <w:rPr>
          <w:b/>
          <w:sz w:val="20"/>
        </w:rPr>
        <w:t>Article 8 – Résiliation</w:t>
      </w:r>
    </w:p>
    <w:p>
      <w:r>
        <w:rPr>
          <w:b w:val="0"/>
          <w:sz w:val="20"/>
        </w:rPr>
        <w:t>Le présent contrat pourra être résilié de plein droit par l’une ou l’autre des parties en cas de manquement grave aux obligations contractuelles non réparé dans un délai de trente (30) jours après notification écrite.</w:t>
      </w:r>
    </w:p>
    <w:p>
      <w:r>
        <w:rPr>
          <w:b w:val="0"/>
          <w:sz w:val="20"/>
        </w:rPr>
        <w:t>En cas de résiliation anticipée, la commission due à l’Agent au titre des contrats en cours demeurera exigible.</w:t>
      </w:r>
    </w:p>
    <w:p/>
    <w:p>
      <w:r>
        <w:rPr>
          <w:b/>
          <w:sz w:val="20"/>
        </w:rPr>
        <w:t>Article 9 – Litiges</w:t>
      </w:r>
    </w:p>
    <w:p>
      <w:r>
        <w:rPr>
          <w:b w:val="0"/>
          <w:sz w:val="20"/>
        </w:rPr>
        <w:t>Tout différend relatif à l’interprétation ou à l’exécution du présent contrat sera soumis au tribunal compétent du ressort du siège social de l’Agent, sauf disposition d’ordre public contraire.</w:t>
      </w:r>
    </w:p>
    <w:p/>
    <w:p>
      <w:r>
        <w:rPr>
          <w:b/>
          <w:sz w:val="20"/>
        </w:rPr>
        <w:t>Article 10 – Dispositions générales</w:t>
      </w:r>
    </w:p>
    <w:p>
      <w:r>
        <w:rPr>
          <w:b w:val="0"/>
          <w:sz w:val="20"/>
        </w:rPr>
        <w:t>Le présent contrat constitue l’intégralité de l’accord entre les parties. Toute modification devra faire l’objet d’un avenant écrit et signé par les deux parties.</w:t>
      </w:r>
    </w:p>
    <w:p>
      <w:r>
        <w:rPr>
          <w:b w:val="0"/>
          <w:sz w:val="20"/>
        </w:rPr>
        <w:t>Si une clause du présent contrat est déclarée nulle ou inapplicable, les autres clauses garderont leur pleine force et effet.</w:t>
      </w:r>
    </w:p>
    <w:p/>
    <w:p/>
    <w:p>
      <w:r>
        <w:rPr>
          <w:b w:val="0"/>
          <w:sz w:val="20"/>
        </w:rPr>
        <w:t>Lieu de la signature : _________________________________________________</w:t>
      </w:r>
    </w:p>
    <w:p>
      <w:r>
        <w:rPr>
          <w:b w:val="0"/>
          <w:sz w:val="20"/>
        </w:rPr>
        <w:t>Date : _________________________________________________________________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L’AGENT SPORTIF</w:t>
            </w:r>
          </w:p>
        </w:tc>
        <w:tc>
          <w:tcPr>
            <w:tcW w:type="dxa" w:w="4986"/>
            <w:tcBorders>
              <w:top w:val="nil"/>
              <w:left w:val="nil"/>
              <w:bottom w:val="nil"/>
              <w:right w:val="nil"/>
              <w:insideH w:val="nil"/>
              <w:insideV w:val="nil"/>
            </w:tcBorders>
          </w:tcPr>
          <w:p>
            <w:pPr>
              <w:jc w:val="center"/>
            </w:pPr>
            <w:r>
              <w:t>LE JOUEUR</w:t>
            </w:r>
          </w:p>
        </w:tc>
      </w:tr>
      <w:tr>
        <w:tc>
          <w:tcPr>
            <w:tcW w:type="dxa" w:w="4986"/>
            <w:tcBorders>
              <w:top w:val="nil"/>
              <w:left w:val="nil"/>
              <w:bottom w:val="nil"/>
              <w:right w:val="nil"/>
              <w:insideH w:val="nil"/>
              <w:insideV w:val="nil"/>
            </w:tcBorders>
          </w:tcPr>
          <w:p>
            <w:pPr>
              <w:jc w:val="center"/>
            </w:pPr>
            <w:r>
              <w:br/>
              <w:br/>
              <w:t>Signature : _________________________</w:t>
            </w:r>
          </w:p>
        </w:tc>
        <w:tc>
          <w:tcPr>
            <w:tcW w:type="dxa" w:w="4986"/>
            <w:tcBorders>
              <w:top w:val="nil"/>
              <w:left w:val="nil"/>
              <w:bottom w:val="nil"/>
              <w:right w:val="nil"/>
              <w:insideH w:val="nil"/>
              <w:insideV w:val="nil"/>
            </w:tcBorders>
          </w:tcPr>
          <w:p>
            <w:pPr>
              <w:jc w:val="center"/>
            </w:pPr>
            <w:r>
              <w:br/>
              <w:br/>
              <w:t>Signature : _________________________</w:t>
            </w:r>
          </w:p>
        </w:tc>
      </w:tr>
      <w:tr>
        <w:tc>
          <w:tcPr>
            <w:tcW w:type="dxa" w:w="4986"/>
            <w:tcBorders>
              <w:top w:val="nil"/>
              <w:left w:val="nil"/>
              <w:bottom w:val="nil"/>
              <w:right w:val="nil"/>
              <w:insideH w:val="nil"/>
              <w:insideV w:val="nil"/>
            </w:tcBorders>
          </w:tcPr>
          <w:p>
            <w:pPr>
              <w:jc w:val="center"/>
            </w:pPr>
            <w:r>
              <w:t>Nom : ________________________________</w:t>
            </w:r>
          </w:p>
        </w:tc>
        <w:tc>
          <w:tcPr>
            <w:tcW w:type="dxa" w:w="4986"/>
            <w:tcBorders>
              <w:top w:val="nil"/>
              <w:left w:val="nil"/>
              <w:bottom w:val="nil"/>
              <w:right w:val="nil"/>
              <w:insideH w:val="nil"/>
              <w:insideV w:val="nil"/>
            </w:tcBorders>
          </w:tcPr>
          <w:p>
            <w:pPr>
              <w:jc w:val="center"/>
            </w:pPr>
            <w:r>
              <w:t>Nom : ________________________________</w:t>
            </w:r>
          </w:p>
        </w:tc>
      </w:tr>
    </w:tbl>
    <w:p>
      <w:r>
        <w:br w:type="page"/>
      </w:r>
    </w:p>
    <w:p>
      <w:pPr>
        <w:jc w:val="center"/>
      </w:pPr>
      <w:r>
        <w:rPr>
          <w:color w:val="555555"/>
          <w:sz w:val="24"/>
        </w:rPr>
        <w:t>Source originale de ce document :</w:t>
      </w:r>
    </w:p>
    <w:p>
      <w:pPr>
        <w:jc w:val="center"/>
      </w:pPr>
      <w:hyperlink r:id="rId9">
        <w:r>
          <w:rPr>
            <w:color w:val="0000FF"/>
            <w:u w:val="single"/>
          </w:rPr>
          <w:t>https://jurid-entreprise.com/contrat-agent-de-joueur-de-football/</w:t>
        </w:r>
      </w:hyperlink>
    </w:p>
    <w:p>
      <w:pPr>
        <w:jc w:val="center"/>
      </w:pPr>
      <w:r>
        <w:rPr>
          <w:color w:val="555555"/>
          <w:sz w:val="26"/>
        </w:rPr>
        <w:t>Ce modèle vous a-t-il été utile ?</w:t>
      </w:r>
    </w:p>
    <w:p>
      <w:pPr>
        <w:jc w:val="center"/>
      </w:pPr>
      <w:r>
        <w:rPr>
          <w:color w:val="555555"/>
          <w:sz w:val="26"/>
        </w:rPr>
        <w:t>Trouvez d'autres modèles à jour sur :</w:t>
      </w:r>
    </w:p>
    <w:p>
      <w:pPr>
        <w:jc w:val="center"/>
      </w:pPr>
      <w:hyperlink r:id="rId10">
        <w:r>
          <w:rPr>
            <w:color w:val="0000FF"/>
            <w:u w:val="single"/>
          </w:rPr>
          <w:t>https://jurid-entreprise.com</w:t>
        </w:r>
      </w:hyperlink>
    </w:p>
    <w:p>
      <w:pPr>
        <w:jc w:val="center"/>
      </w:pPr>
      <w:r>
        <w:rPr>
          <w:color w:val="808080"/>
          <w:sz w:val="20"/>
        </w:rPr>
        <w:t>Ce modèle est destiné exclusivement à un usage personnel et non commercial.</w:t>
        <w:br/>
        <w:t>Toute diffusion ou publication doit obligatoirement mentionner la source. © jurid-entreprise.com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jurid-entreprise.com/contrat-agent-de-joueur-de-football/" TargetMode="External"/><Relationship Id="rId10" Type="http://schemas.openxmlformats.org/officeDocument/2006/relationships/hyperlink" Target="https://jurid-entrepris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