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MULTI EMPLOYEUR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Fonction : _____________________________________________________</w:t>
      </w:r>
    </w:p>
    <w:p>
      <w:r>
        <w:rPr>
          <w:b w:val="0"/>
          <w:sz w:val="20"/>
        </w:rPr>
        <w:t>Société / Organisme employeur : ____________________________________</w:t>
      </w:r>
    </w:p>
    <w:p>
      <w:r>
        <w:rPr>
          <w:b w:val="0"/>
          <w:sz w:val="20"/>
        </w:rPr>
        <w:t>Adresse du siège social : __________________________________________</w:t>
      </w:r>
    </w:p>
    <w:p>
      <w:r>
        <w:rPr>
          <w:b w:val="0"/>
          <w:sz w:val="20"/>
        </w:rPr>
        <w:t>Numéro SIRET : _________________________________________________</w:t>
      </w:r>
    </w:p>
    <w:p>
      <w:r>
        <w:rPr>
          <w:b w:val="0"/>
          <w:sz w:val="20"/>
        </w:rPr>
        <w:t>Numéro de déclaration d’activité (le cas échéant) : __________________</w:t>
      </w:r>
    </w:p>
    <w:p/>
    <w:p>
      <w:r>
        <w:rPr>
          <w:b w:val="0"/>
          <w:sz w:val="20"/>
        </w:rPr>
        <w:t>Atteste par la présente que les salariés indiqués ci-dessous sont employés simultanément par plusieurs employeurs dans le cadre d’une activité ou d’opérations réalisées conformément aux dispositions légales et réglementaires en vigueur, notamment les articles L. 1262-2 à L. 1262-4 du Code du travail.</w:t>
      </w:r>
    </w:p>
    <w:p/>
    <w:p/>
    <w:p>
      <w:r>
        <w:rPr>
          <w:b/>
          <w:sz w:val="20"/>
        </w:rPr>
        <w:t>Informations sur les salariés concernés 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Nom et prénom</w:t>
            </w:r>
          </w:p>
        </w:tc>
        <w:tc>
          <w:tcPr>
            <w:tcW w:type="dxa" w:w="1994"/>
          </w:tcPr>
          <w:p>
            <w:r>
              <w:t>Date de naissance</w:t>
            </w:r>
          </w:p>
        </w:tc>
        <w:tc>
          <w:tcPr>
            <w:tcW w:type="dxa" w:w="1994"/>
          </w:tcPr>
          <w:p>
            <w:r>
              <w:t>Poste(s) occupé(s)</w:t>
            </w:r>
          </w:p>
        </w:tc>
        <w:tc>
          <w:tcPr>
            <w:tcW w:type="dxa" w:w="1994"/>
          </w:tcPr>
          <w:p>
            <w:r>
              <w:t>Employeur(s) concerné(s)</w:t>
            </w:r>
          </w:p>
        </w:tc>
        <w:tc>
          <w:tcPr>
            <w:tcW w:type="dxa" w:w="1994"/>
          </w:tcPr>
          <w:p>
            <w:r>
              <w:t>Durée de contrat / Contrat type</w:t>
            </w:r>
          </w:p>
        </w:tc>
      </w:tr>
      <w:tr>
        <w:tc>
          <w:tcPr>
            <w:tcW w:type="dxa" w:w="1994"/>
          </w:tcPr>
          <w:p>
            <w:r>
              <w:t>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</w:t>
            </w:r>
          </w:p>
        </w:tc>
      </w:tr>
    </w:tbl>
    <w:p/>
    <w:p>
      <w:r>
        <w:rPr>
          <w:b/>
          <w:sz w:val="20"/>
        </w:rPr>
        <w:t>Modalités d’emploi et conditions de travail :</w:t>
      </w:r>
    </w:p>
    <w:p>
      <w:r>
        <w:rPr>
          <w:b w:val="0"/>
          <w:sz w:val="20"/>
        </w:rPr>
        <w:t>Les salariés exercent leurs fonctions conformément aux contrats de travail conclus avec chacun des employeurs mentionnés ci-dessus.</w:t>
      </w:r>
    </w:p>
    <w:p>
      <w:r>
        <w:rPr>
          <w:b w:val="0"/>
          <w:sz w:val="20"/>
        </w:rPr>
        <w:t>Les horaires, lieux de travail et conditions de travail sont respectés conformément à la réglementation applicable, à savoir :</w:t>
      </w:r>
    </w:p>
    <w:p>
      <w:r>
        <w:rPr>
          <w:b w:val="0"/>
          <w:sz w:val="20"/>
        </w:rPr>
        <w:t>- Respect des durées maximales de travail hebdomadaire et journalière</w:t>
      </w:r>
    </w:p>
    <w:p>
      <w:r>
        <w:rPr>
          <w:b w:val="0"/>
          <w:sz w:val="20"/>
        </w:rPr>
        <w:t>- Respect des temps de repos obligatoires</w:t>
      </w:r>
    </w:p>
    <w:p>
      <w:r>
        <w:rPr>
          <w:b w:val="0"/>
          <w:sz w:val="20"/>
        </w:rPr>
        <w:t>- Respect des dispositions concernant la sécurité et la santé au travail</w:t>
      </w:r>
    </w:p>
    <w:p>
      <w:r>
        <w:rPr>
          <w:b w:val="0"/>
          <w:sz w:val="20"/>
        </w:rPr>
        <w:t>- Coordination entre employeurs nécessaire pour la prévention des risques professionnels</w:t>
      </w:r>
    </w:p>
    <w:p/>
    <w:p>
      <w:r>
        <w:rPr>
          <w:b/>
          <w:sz w:val="20"/>
        </w:rPr>
        <w:t>Engagements des employeurs :</w:t>
      </w:r>
    </w:p>
    <w:p>
      <w:r>
        <w:rPr>
          <w:b w:val="0"/>
          <w:sz w:val="20"/>
        </w:rPr>
        <w:t>Les employeurs s’engagent à :</w:t>
      </w:r>
    </w:p>
    <w:p>
      <w:r>
        <w:rPr>
          <w:b w:val="0"/>
          <w:sz w:val="20"/>
        </w:rPr>
        <w:t>- Assurer la déclaration et la rémunération conformes des salariés multi-employeurs</w:t>
      </w:r>
    </w:p>
    <w:p>
      <w:r>
        <w:rPr>
          <w:b w:val="0"/>
          <w:sz w:val="20"/>
        </w:rPr>
        <w:t>- Respecter les obligations sociales, notamment le paiement des cotisations sociales auprès des organismes compétents</w:t>
      </w:r>
    </w:p>
    <w:p>
      <w:r>
        <w:rPr>
          <w:b w:val="0"/>
          <w:sz w:val="20"/>
        </w:rPr>
        <w:t>- Informer et former les salariés aux risques liés à leurs activités respectives</w:t>
      </w:r>
    </w:p>
    <w:p>
      <w:r>
        <w:rPr>
          <w:b w:val="0"/>
          <w:sz w:val="20"/>
        </w:rPr>
        <w:t>- Coordonner les actions en matière de santé et sécurité au travail conformément à l’article L. 1262-2 du Code du travail</w:t>
      </w:r>
    </w:p>
    <w:p/>
    <w:p>
      <w:r>
        <w:rPr>
          <w:b/>
          <w:sz w:val="20"/>
        </w:rPr>
        <w:t>Durée de validité de l’attestation :</w:t>
      </w:r>
    </w:p>
    <w:p>
      <w:r>
        <w:rPr>
          <w:b w:val="0"/>
          <w:sz w:val="20"/>
        </w:rPr>
        <w:t>La présente attestation est valable pour la période pendant laquelle les salariés exercent leurs fonctions auprès des employeurs mentionnés, sous réserve de modifications des conditions d’emploi et de travail.</w:t>
      </w:r>
    </w:p>
    <w:p/>
    <w:p>
      <w:r>
        <w:rPr>
          <w:b/>
          <w:sz w:val="20"/>
        </w:rPr>
        <w:t>Pièces justificatives jointes (le cas échéant) :</w:t>
      </w:r>
    </w:p>
    <w:p>
      <w:r>
        <w:rPr>
          <w:b w:val="0"/>
          <w:sz w:val="20"/>
        </w:rPr>
        <w:t>- Copie des contrats de travail multi-employeurs</w:t>
      </w:r>
    </w:p>
    <w:p>
      <w:r>
        <w:rPr>
          <w:b w:val="0"/>
          <w:sz w:val="20"/>
        </w:rPr>
        <w:t>- Justificatifs des déclarations sociales</w:t>
      </w:r>
    </w:p>
    <w:p>
      <w:r>
        <w:rPr>
          <w:b w:val="0"/>
          <w:sz w:val="20"/>
        </w:rPr>
        <w:t>- Document de coordination des actions de prévention des risques professionnels</w:t>
      </w:r>
    </w:p>
    <w:p>
      <w:r>
        <w:rPr>
          <w:b w:val="0"/>
          <w:sz w:val="20"/>
        </w:rPr>
        <w:t>- Autres : ________________________________________________________</w:t>
      </w:r>
    </w:p>
    <w:p/>
    <w:p/>
    <w:p>
      <w:r>
        <w:rPr>
          <w:b w:val="0"/>
          <w:sz w:val="20"/>
        </w:rPr>
        <w:t>Lieu de signature : _________________________________________________</w:t>
      </w:r>
    </w:p>
    <w:p>
      <w:r>
        <w:rPr>
          <w:b w:val="0"/>
          <w:sz w:val="20"/>
        </w:rPr>
        <w:t>Date : 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Employeur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Employeur 2 (et suivants)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https://jurid-entreprise.com/attestation-multi-employeur/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attestation-multi-employeur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