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DE VENTE DE VÉHICULE</w:t>
      </w:r>
    </w:p>
    <w:p/>
    <w:p>
      <w:r>
        <w:rPr>
          <w:b/>
          <w:sz w:val="20"/>
        </w:rPr>
        <w:t>Je soussigné(e), _______________________________, déclare avoir vendu le véhicule décrit ci-dessous à :</w:t>
      </w:r>
    </w:p>
    <w:p/>
    <w:p>
      <w:r>
        <w:rPr>
          <w:b w:val="0"/>
          <w:sz w:val="20"/>
        </w:rPr>
        <w:t>Nom et Prénom de l'Acheteur : ___________________________________________</w:t>
      </w:r>
    </w:p>
    <w:p>
      <w:r>
        <w:rPr>
          <w:b w:val="0"/>
          <w:sz w:val="20"/>
        </w:rPr>
        <w:t>Adresse : _______________________________________________________________</w:t>
      </w:r>
    </w:p>
    <w:p>
      <w:r>
        <w:rPr>
          <w:b w:val="0"/>
          <w:sz w:val="20"/>
        </w:rPr>
        <w:t>N° de pièce d’identité : ________________________________________________</w:t>
      </w:r>
    </w:p>
    <w:p>
      <w:r>
        <w:rPr>
          <w:b w:val="0"/>
          <w:sz w:val="20"/>
        </w:rPr>
        <w:t>Téléphone : ____________________________________________________________</w:t>
      </w:r>
    </w:p>
    <w:p/>
    <w:p>
      <w:r>
        <w:rPr>
          <w:b w:val="0"/>
          <w:sz w:val="20"/>
        </w:rPr>
        <w:t>Nom et Prénom du Vendeur : _____________________________________________</w:t>
      </w:r>
    </w:p>
    <w:p>
      <w:r>
        <w:rPr>
          <w:b w:val="0"/>
          <w:sz w:val="20"/>
        </w:rPr>
        <w:t>Adresse : _______________________________________________________________</w:t>
      </w:r>
    </w:p>
    <w:p>
      <w:r>
        <w:rPr>
          <w:b w:val="0"/>
          <w:sz w:val="20"/>
        </w:rPr>
        <w:t>N° de pièce d’identité : ________________________________________________</w:t>
      </w:r>
    </w:p>
    <w:p>
      <w:r>
        <w:rPr>
          <w:b w:val="0"/>
          <w:sz w:val="20"/>
        </w:rPr>
        <w:t>Téléphone : ____________________________________________________________</w:t>
      </w:r>
    </w:p>
    <w:p/>
    <w:p>
      <w:r>
        <w:rPr>
          <w:b/>
          <w:sz w:val="20"/>
        </w:rPr>
        <w:t>Description du véhicule vendu :</w:t>
      </w:r>
    </w:p>
    <w:p>
      <w:r>
        <w:rPr>
          <w:b w:val="0"/>
          <w:sz w:val="20"/>
        </w:rPr>
        <w:t>Marque : ________________________________________________________________</w:t>
      </w:r>
    </w:p>
    <w:p>
      <w:r>
        <w:rPr>
          <w:b w:val="0"/>
          <w:sz w:val="20"/>
        </w:rPr>
        <w:t>Modèle : ________________________________________________________________</w:t>
      </w:r>
    </w:p>
    <w:p>
      <w:r>
        <w:rPr>
          <w:b w:val="0"/>
          <w:sz w:val="20"/>
        </w:rPr>
        <w:t>Année de mise en circulation : __________________________________________</w:t>
      </w:r>
    </w:p>
    <w:p>
      <w:r>
        <w:rPr>
          <w:b w:val="0"/>
          <w:sz w:val="20"/>
        </w:rPr>
        <w:t>Numéro d'immatriculation : ______________________________________________</w:t>
      </w:r>
    </w:p>
    <w:p>
      <w:r>
        <w:rPr>
          <w:b w:val="0"/>
          <w:sz w:val="20"/>
        </w:rPr>
        <w:t>Numéro de série (VIN) : _________________________________________________</w:t>
      </w:r>
    </w:p>
    <w:p>
      <w:r>
        <w:rPr>
          <w:b w:val="0"/>
          <w:sz w:val="20"/>
        </w:rPr>
        <w:t>Kilométrage au moment de la vente : _____________________________________</w:t>
      </w:r>
    </w:p>
    <w:p>
      <w:r>
        <w:rPr>
          <w:b w:val="0"/>
          <w:sz w:val="20"/>
        </w:rPr>
        <w:t>Couleur : _______________________________________________________________</w:t>
      </w:r>
    </w:p>
    <w:p>
      <w:r>
        <w:rPr>
          <w:b w:val="0"/>
          <w:sz w:val="20"/>
        </w:rPr>
        <w:t>Puissance fiscale : ______________________________________________________</w:t>
      </w:r>
    </w:p>
    <w:p>
      <w:r>
        <w:rPr>
          <w:b w:val="0"/>
          <w:sz w:val="20"/>
        </w:rPr>
        <w:t>Type de carburant : _____________________________________________________</w:t>
      </w:r>
    </w:p>
    <w:p/>
    <w:p>
      <w:r>
        <w:rPr>
          <w:b/>
          <w:sz w:val="20"/>
        </w:rPr>
        <w:t>Déclarations :</w:t>
      </w:r>
    </w:p>
    <w:p>
      <w:r>
        <w:rPr>
          <w:b w:val="0"/>
          <w:sz w:val="20"/>
        </w:rPr>
        <w:t>Le vendeur certifie que le véhicule est sa propriété exclusive, qu'il n'est grevé d'aucune opposition, ni d'aucune charge, ni d'aucune hypothèque.</w:t>
      </w:r>
    </w:p>
    <w:p>
      <w:r>
        <w:rPr>
          <w:b w:val="0"/>
          <w:sz w:val="20"/>
        </w:rPr>
        <w:t>Le véhicule est vendu en l'état, sans garantie autre que celle prévue par la loi.</w:t>
      </w:r>
    </w:p>
    <w:p>
      <w:r>
        <w:rPr>
          <w:b w:val="0"/>
          <w:sz w:val="20"/>
        </w:rPr>
        <w:t>Le vendeur déclare avoir remis à l'acheteur tous les documents nécessaires à la cession, notamment : la carte grise barrée et signée, le certificat de situation administrative (non-gage), le contrôle technique datant de moins de 6 mois si le véhicule a plus de 4 ans, et le carnet d'entretien.</w:t>
      </w:r>
    </w:p>
    <w:p/>
    <w:p>
      <w:r>
        <w:rPr>
          <w:b/>
          <w:sz w:val="20"/>
        </w:rPr>
        <w:t>Transfert de propriété et risques :</w:t>
      </w:r>
    </w:p>
    <w:p>
      <w:r>
        <w:rPr>
          <w:b w:val="0"/>
          <w:sz w:val="20"/>
        </w:rPr>
        <w:t>La propriété et les risques liés au véhicule sont transférés à l'acheteur dès la signature de la présente attestation et paiement intégral du prix convenu.</w:t>
      </w:r>
    </w:p>
    <w:p/>
    <w:p>
      <w:r>
        <w:rPr>
          <w:b/>
          <w:sz w:val="20"/>
        </w:rPr>
        <w:t>Prix de vente :</w:t>
      </w:r>
    </w:p>
    <w:p>
      <w:r>
        <w:rPr>
          <w:b w:val="0"/>
          <w:sz w:val="20"/>
        </w:rPr>
        <w:t xml:space="preserve">Le prix de vente convenu entre les parties s'élève à la somme de : ___________________ euros (en chiffres) </w:t>
      </w:r>
    </w:p>
    <w:p>
      <w:r>
        <w:rPr>
          <w:b w:val="0"/>
          <w:sz w:val="20"/>
        </w:rPr>
        <w:t>_____________________________________________________________________________ (en lettres)</w:t>
      </w:r>
    </w:p>
    <w:p/>
    <w:p>
      <w:r>
        <w:rPr>
          <w:b/>
          <w:sz w:val="20"/>
        </w:rPr>
        <w:t>Engagements respectifs :</w:t>
      </w:r>
    </w:p>
    <w:p>
      <w:r>
        <w:rPr>
          <w:b w:val="0"/>
          <w:sz w:val="20"/>
        </w:rPr>
        <w:t>Le vendeur s'engage à effectuer toutes les démarches nécessaires à la déclaration de cession dans les délais impartis par la loi.</w:t>
      </w:r>
    </w:p>
    <w:p>
      <w:r>
        <w:rPr>
          <w:b w:val="0"/>
          <w:sz w:val="20"/>
        </w:rPr>
        <w:t>L'acheteur s'engage à effectuer l'immatriculation du véhicule à son nom dans les délais légaux.</w:t>
      </w:r>
    </w:p>
    <w:p/>
    <w:p>
      <w:r>
        <w:rPr>
          <w:b/>
          <w:sz w:val="20"/>
        </w:rPr>
        <w:t>Certificat de situation administrative (non-gage) :</w:t>
      </w:r>
    </w:p>
    <w:p>
      <w:r>
        <w:rPr>
          <w:b w:val="0"/>
          <w:sz w:val="20"/>
        </w:rPr>
        <w:t>Le vendeur atteste que le véhicule n'est pas gagé et ne fait l'objet d'aucune opposition empêchant la cession au jour de la vente.</w:t>
      </w:r>
    </w:p>
    <w:p/>
    <w:p>
      <w:r>
        <w:rPr>
          <w:b/>
          <w:sz w:val="20"/>
        </w:rPr>
        <w:t>Informations complémentaires :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</w:t>
      </w:r>
    </w:p>
    <w:p/>
    <w:p>
      <w:r>
        <w:rPr>
          <w:b w:val="0"/>
          <w:sz w:val="20"/>
        </w:rPr>
        <w:t>Fait à : _______________________________</w:t>
      </w:r>
    </w:p>
    <w:p>
      <w:r>
        <w:rPr>
          <w:b w:val="0"/>
          <w:sz w:val="20"/>
        </w:rPr>
        <w:t>Le : 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VENDEUR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ACHETEUR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https://jurid-entreprise.com/attestation-de-vente-voiture/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https://jurid-entreprise.com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jurid-entreprise.com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-entreprise.com/attestation-de-vente-voiture/" TargetMode="External"/><Relationship Id="rId10" Type="http://schemas.openxmlformats.org/officeDocument/2006/relationships/hyperlink" Target="https://jurid-entrepri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